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המחרוזת, יגון ומקץ עשרים 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שלושה סיפורים קצרים קלאסיים ואת הסופרים שכתבו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פואנטה ומהי אירוניה בסיפור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 אפיון דמות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גי דה מופסאן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עגלון שאיבד את 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הסוסה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סוף מפתיע שמשנה את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להיפגש אחרי עשרים שנה באותו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הסוף שקט ובלי טוויסט - האירוניה היא שרק הסוסה מקשיבה לעגלון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גילוי הפואנטה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הסיפור מתרחש בניו יורק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צ'כוב נולד וחי ברוסיה בין השנים 1860-1904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אפיון דמות הוא הדרך שבה מכירים את תכונות הדמות - מראה, התנהגות ומחשבות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סיפורים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(גי דה מופסאן, צרפת - סוף פואנטה על מחרוזת מזויפת)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(אנטון צ'כוב, רוסיה - עגלון שרק סוסתו מקשיבה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(או. הנרי, ארצות הברית - פגישה של חברים אחרי עשרים 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(אנטון צ'כוב - סיפור סאטירי על מפקח משטרה)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(הדרך שבה מכירים את תכונות הדמות בסיפור)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עגלון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עבריין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פואנטה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בסיפור המחרוזת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מתילדה לואזל חולמת על חיים עשירים ומפוארים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שואלת מחרוזת יקרה מחברתה לנשף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מאבדת את המחרוזת בדרך הביתה מהנשף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בני הזוג לואזל עובדים קשה במשך עשר שנים כדי להחזיר את החוב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מתילדה מגלה שהמחרוזת המקורית הייתה מזויפת וזולה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יבחר/תבחר סיפור אחד, יתאר/תתאר את הסוף, ויסביר/תסביר מה מפתיע או מרגש בו תוך התייחסות לתוכן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אירוניה היא פער בין מה שציפינו לו למה שקרה באמת; דוגמה - רק הסוסה מקשיבה לעגלון בסיפור יגון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פואנטה - סוף מפתיע; אירוניה - פער בין ציפייה למציאות, לא בהכרח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תכונה של דמות שמופיעה בפעולה, מחשבה או דיבור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כל אחד משלושת הסיפורים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קטע קצר מכל סיפור כדי לרענן זיכרון לפני ביצוע ההתאמה והסידור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בסעיף הכתיבה הפתוח, לעודד תלמידים להתייחס לפרט קונקרטי מהסיפור ולא רק לרושם כללי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המחרוזת, יגון ומקץ עשרים 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שלושה סיפורים קצרים. בכל סיפור יש סוף מיוחד. נלמד על הסיפורים ועל מילים חשובות כמו פואנטה ואירוניה.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 קצר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יצירה קצרה שמספרת על אירוע אחד ועל דמויות מעטות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פואנטה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מפתיע שמשנה את ההבנה של כל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 בין מה שציפינו לו לבין מה שבאמת 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אפיון 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הסיפור מראה לנו מי הדמות - מראה, מעשים, מחשבות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שמספר לנו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 מטרים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 קטן בתחילת הסיפור שמרמז מה יקרה בהמשך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האירועים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את המחרוזת?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 דה מופסאן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אנטון צ'כוב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או. הנרי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סופוקלס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הגיבור בסיפור יגון?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סוחר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עגלון שאיבד את 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שוטר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סופר מפורסם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באמת מקשיב לעגלון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נוסע במרכבה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בנו של העגלון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הסוסה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פואנטה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טבע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סוף מפתיע שמשנה את הבנת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חרוז בסוף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הבטיחו שני החברים אחד לשני?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להיפגש כל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להיפגש אחרי עשרים שנה באותו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מכתבים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 יחד לאירופה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יגון מסתיים בהפתעה דרמטית וסוף פואנטה קלאסי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המחרוזת מתברר בסוף שהמחרוזת שאבדה הייתה מזויפת וזולה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מקץ עשרים שנה מתרחש בפריז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אנטון צ'כוב היה סופר רוסי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אפיון דמות הוא תיאור הרקע ההיסטורי של הסיפור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התאמה: סיפורים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המחרוזת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אנטון צ'כוב - סיפור סאטירי על מפקח משטרה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או. הנרי, ארצות הברית - פגישה של חברים אחרי עשרים 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מקץ עשרים 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אנטון צ'כוב, רוסיה - עגלון שרק סוסתו מקשיבה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זיקית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הדרך שבה מכירים את תכונות הדמות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אפיון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גי דה מופסאן, צרפת - סוף פואנטה על מחרוזת מזויפת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בסיפור המחרוזת מתילדה __________ מחברתה מחרוזת יקרה לנשף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יגון הדמות הראשית היא __________ שאיבד את בנו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בסיפור מקץ עשרים שנה אחד החברים הפך ל__________ מבוקש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הסוף המפתיע בסיפור קצר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בסיפור המחרוזת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מתילדה מגלה שהמחרוזת המקורית הייתה מזויפת וזולה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מאבדת את המחרוזת בדרך הביתה מהנשף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הזוג לואזל עובדים קשה במשך עשר שנים כדי להחזיר את החוב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שואלת מחרוזת יקרה מחברתה לנשף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מתילדה לואזל חולמת על חיים עשירים ומפוארים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משלושת הסיפורים וכתבו מה מפתיע או מרגש בסוף שלו, ונמקו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מהי אירוניה, והביאו דוגמה אחת מהסיפורים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פואנטה לאירוניה?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סיפור מהשלושה הכי זכור לכם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לאפיון דמות מאחד הסיפורים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המחרוזת, יגון ומקץ עשרים שנה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